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3F11CB" w14:textId="77777777" w:rsidR="006A7963" w:rsidRPr="002A0302" w:rsidRDefault="00D8697B" w:rsidP="00D8697B">
      <w:pPr>
        <w:pStyle w:val="Heading1"/>
        <w:keepNext w:val="0"/>
        <w:keepLines w:val="0"/>
        <w:widowControl w:val="0"/>
        <w:spacing w:before="0"/>
        <w:jc w:val="center"/>
        <w:rPr>
          <w:rFonts w:ascii="Times New Roman" w:hAnsi="Times New Roman" w:cs="Times New Roman"/>
          <w:sz w:val="48"/>
          <w:szCs w:val="48"/>
        </w:rPr>
      </w:pPr>
      <w:r w:rsidRPr="002A0302">
        <w:rPr>
          <w:rFonts w:ascii="Times New Roman" w:hAnsi="Times New Roman" w:cs="Times New Roman"/>
          <w:sz w:val="48"/>
          <w:szCs w:val="48"/>
        </w:rPr>
        <w:t>RENTAL AGREEMENT</w:t>
      </w:r>
    </w:p>
    <w:p w14:paraId="0AFC206F" w14:textId="77777777" w:rsidR="002A0302" w:rsidRDefault="002A0302" w:rsidP="00D8697B">
      <w:pPr>
        <w:spacing w:after="0"/>
        <w:rPr>
          <w:rFonts w:ascii="Times New Roman" w:hAnsi="Times New Roman" w:cs="Times New Roman"/>
          <w:sz w:val="24"/>
          <w:szCs w:val="24"/>
        </w:rPr>
      </w:pPr>
    </w:p>
    <w:p w14:paraId="3D9A97E6" w14:textId="6EC5DFEB" w:rsidR="006A7963" w:rsidRPr="002A0302" w:rsidRDefault="00F02C47">
      <w:pPr>
        <w:rPr>
          <w:rFonts w:ascii="Times New Roman" w:hAnsi="Times New Roman" w:cs="Times New Roman"/>
          <w:sz w:val="24"/>
          <w:szCs w:val="24"/>
        </w:rPr>
      </w:pPr>
      <w:r>
        <w:rPr>
          <w:rFonts w:ascii="Times New Roman" w:hAnsi="Times New Roman" w:cs="Times New Roman"/>
          <w:sz w:val="24"/>
          <w:szCs w:val="24"/>
        </w:rPr>
        <w:t>McCurtain Memorial</w:t>
      </w:r>
      <w:r w:rsidR="00D8697B" w:rsidRPr="002A0302">
        <w:rPr>
          <w:rFonts w:ascii="Times New Roman" w:hAnsi="Times New Roman" w:cs="Times New Roman"/>
          <w:sz w:val="24"/>
          <w:szCs w:val="24"/>
        </w:rPr>
        <w:t xml:space="preserve"> Community Center</w:t>
      </w:r>
      <w:r w:rsidR="00D8697B" w:rsidRPr="002A0302">
        <w:rPr>
          <w:rFonts w:ascii="Times New Roman" w:hAnsi="Times New Roman" w:cs="Times New Roman"/>
          <w:sz w:val="24"/>
          <w:szCs w:val="24"/>
        </w:rPr>
        <w:br/>
        <w:t>McCurtain Memorial Hospital</w:t>
      </w:r>
      <w:r w:rsidR="00D8697B" w:rsidRPr="002A0302">
        <w:rPr>
          <w:rFonts w:ascii="Times New Roman" w:hAnsi="Times New Roman" w:cs="Times New Roman"/>
          <w:sz w:val="24"/>
          <w:szCs w:val="24"/>
        </w:rPr>
        <w:br/>
      </w:r>
      <w:r w:rsidR="002A0302">
        <w:rPr>
          <w:rFonts w:ascii="Times New Roman" w:hAnsi="Times New Roman" w:cs="Times New Roman"/>
          <w:sz w:val="24"/>
          <w:szCs w:val="24"/>
        </w:rPr>
        <w:t>1301</w:t>
      </w:r>
      <w:r w:rsidR="00D8697B" w:rsidRPr="002A0302">
        <w:rPr>
          <w:rFonts w:ascii="Times New Roman" w:hAnsi="Times New Roman" w:cs="Times New Roman"/>
          <w:sz w:val="24"/>
          <w:szCs w:val="24"/>
        </w:rPr>
        <w:t xml:space="preserve"> E. Lincoln Road</w:t>
      </w:r>
      <w:r w:rsidR="002A0302">
        <w:rPr>
          <w:rFonts w:ascii="Times New Roman" w:hAnsi="Times New Roman" w:cs="Times New Roman"/>
          <w:sz w:val="24"/>
          <w:szCs w:val="24"/>
        </w:rPr>
        <w:t>, South Lawn</w:t>
      </w:r>
      <w:r w:rsidR="00D8697B" w:rsidRPr="002A0302">
        <w:rPr>
          <w:rFonts w:ascii="Times New Roman" w:hAnsi="Times New Roman" w:cs="Times New Roman"/>
          <w:sz w:val="24"/>
          <w:szCs w:val="24"/>
        </w:rPr>
        <w:br/>
        <w:t>Idabel, Oklahoma 74745</w:t>
      </w:r>
    </w:p>
    <w:p w14:paraId="6EC235D5" w14:textId="77777777" w:rsidR="006A7963" w:rsidRPr="002A0302" w:rsidRDefault="00D8697B">
      <w:pPr>
        <w:pStyle w:val="Heading2"/>
        <w:rPr>
          <w:rFonts w:ascii="Times New Roman" w:hAnsi="Times New Roman" w:cs="Times New Roman"/>
          <w:sz w:val="24"/>
          <w:szCs w:val="24"/>
        </w:rPr>
      </w:pPr>
      <w:r w:rsidRPr="002A0302">
        <w:rPr>
          <w:rFonts w:ascii="Times New Roman" w:hAnsi="Times New Roman" w:cs="Times New Roman"/>
          <w:sz w:val="24"/>
          <w:szCs w:val="24"/>
        </w:rPr>
        <w:t>This Rental Agreement is made between:</w:t>
      </w:r>
    </w:p>
    <w:p w14:paraId="2B982012" w14:textId="561F6AB6" w:rsidR="006A7963" w:rsidRPr="002A0302" w:rsidRDefault="00D8697B">
      <w:pPr>
        <w:rPr>
          <w:rFonts w:ascii="Times New Roman" w:hAnsi="Times New Roman" w:cs="Times New Roman"/>
          <w:sz w:val="24"/>
          <w:szCs w:val="24"/>
        </w:rPr>
      </w:pPr>
      <w:r w:rsidRPr="002A0302">
        <w:rPr>
          <w:rFonts w:ascii="Times New Roman" w:hAnsi="Times New Roman" w:cs="Times New Roman"/>
          <w:sz w:val="24"/>
          <w:szCs w:val="24"/>
        </w:rPr>
        <w:t>Lessor: McCurtain Memorial Hospital (“Hospital”)</w:t>
      </w:r>
      <w:r w:rsidRPr="002A0302">
        <w:rPr>
          <w:rFonts w:ascii="Times New Roman" w:hAnsi="Times New Roman" w:cs="Times New Roman"/>
          <w:sz w:val="24"/>
          <w:szCs w:val="24"/>
        </w:rPr>
        <w:br/>
        <w:t xml:space="preserve">Lessee: </w:t>
      </w:r>
      <w:r w:rsidR="002A0302">
        <w:rPr>
          <w:rFonts w:ascii="Times New Roman" w:hAnsi="Times New Roman" w:cs="Times New Roman"/>
          <w:sz w:val="24"/>
          <w:szCs w:val="24"/>
        </w:rPr>
        <w:t>__________________________________</w:t>
      </w:r>
      <w:r w:rsidRPr="002A0302">
        <w:rPr>
          <w:rFonts w:ascii="Times New Roman" w:hAnsi="Times New Roman" w:cs="Times New Roman"/>
          <w:sz w:val="24"/>
          <w:szCs w:val="24"/>
        </w:rPr>
        <w:br/>
      </w:r>
      <w:r w:rsidRPr="002A0302">
        <w:rPr>
          <w:rFonts w:ascii="Times New Roman" w:hAnsi="Times New Roman" w:cs="Times New Roman"/>
          <w:sz w:val="24"/>
          <w:szCs w:val="24"/>
        </w:rPr>
        <w:br/>
        <w:t xml:space="preserve">Date of Event: </w:t>
      </w:r>
      <w:r w:rsidR="002A0302">
        <w:rPr>
          <w:rFonts w:ascii="Times New Roman" w:hAnsi="Times New Roman" w:cs="Times New Roman"/>
          <w:sz w:val="24"/>
          <w:szCs w:val="24"/>
        </w:rPr>
        <w:t>____________________________</w:t>
      </w:r>
      <w:r w:rsidR="002A0302">
        <w:rPr>
          <w:rFonts w:ascii="Times New Roman" w:hAnsi="Times New Roman" w:cs="Times New Roman"/>
          <w:sz w:val="24"/>
          <w:szCs w:val="24"/>
        </w:rPr>
        <w:br/>
        <w:t>Start Time of Event: _______________________</w:t>
      </w:r>
      <w:r w:rsidR="002A0302">
        <w:rPr>
          <w:rFonts w:ascii="Times New Roman" w:hAnsi="Times New Roman" w:cs="Times New Roman"/>
          <w:sz w:val="24"/>
          <w:szCs w:val="24"/>
        </w:rPr>
        <w:tab/>
        <w:t>Duration (Hours) _______________</w:t>
      </w:r>
      <w:r w:rsidR="002A0302">
        <w:rPr>
          <w:rFonts w:ascii="Times New Roman" w:hAnsi="Times New Roman" w:cs="Times New Roman"/>
          <w:sz w:val="24"/>
          <w:szCs w:val="24"/>
        </w:rPr>
        <w:br/>
        <w:t>Description of Event: ______________________________________________________</w:t>
      </w:r>
      <w:r w:rsidR="002A0302">
        <w:rPr>
          <w:rFonts w:ascii="Times New Roman" w:hAnsi="Times New Roman" w:cs="Times New Roman"/>
          <w:sz w:val="24"/>
          <w:szCs w:val="24"/>
        </w:rPr>
        <w:br/>
        <w:t>Anticipated # of Guest(s): ______________</w:t>
      </w:r>
      <w:r w:rsidRPr="002A0302">
        <w:rPr>
          <w:rFonts w:ascii="Times New Roman" w:hAnsi="Times New Roman" w:cs="Times New Roman"/>
          <w:sz w:val="24"/>
          <w:szCs w:val="24"/>
        </w:rPr>
        <w:br/>
        <w:t xml:space="preserve">Facility: Johnnie Lee Meredith Community Center, located on the </w:t>
      </w:r>
      <w:r w:rsidR="002A0302">
        <w:rPr>
          <w:rFonts w:ascii="Times New Roman" w:hAnsi="Times New Roman" w:cs="Times New Roman"/>
          <w:sz w:val="24"/>
          <w:szCs w:val="24"/>
        </w:rPr>
        <w:t>south lawn</w:t>
      </w:r>
      <w:r w:rsidRPr="002A0302">
        <w:rPr>
          <w:rFonts w:ascii="Times New Roman" w:hAnsi="Times New Roman" w:cs="Times New Roman"/>
          <w:sz w:val="24"/>
          <w:szCs w:val="24"/>
        </w:rPr>
        <w:t xml:space="preserve"> of McCurtain Memorial Hospital.</w:t>
      </w:r>
    </w:p>
    <w:p w14:paraId="06131767" w14:textId="77777777" w:rsidR="006A7963" w:rsidRPr="002A0302" w:rsidRDefault="00D8697B">
      <w:pPr>
        <w:pStyle w:val="Heading2"/>
        <w:rPr>
          <w:rFonts w:ascii="Times New Roman" w:hAnsi="Times New Roman" w:cs="Times New Roman"/>
          <w:sz w:val="24"/>
          <w:szCs w:val="24"/>
        </w:rPr>
      </w:pPr>
      <w:r w:rsidRPr="002A0302">
        <w:rPr>
          <w:rFonts w:ascii="Times New Roman" w:hAnsi="Times New Roman" w:cs="Times New Roman"/>
          <w:sz w:val="24"/>
          <w:szCs w:val="24"/>
        </w:rPr>
        <w:t>1. Rental Fees and Deposits</w:t>
      </w:r>
    </w:p>
    <w:p w14:paraId="25757B20" w14:textId="3863B983" w:rsidR="006A7963" w:rsidRPr="002A0302" w:rsidRDefault="00D8697B">
      <w:pPr>
        <w:rPr>
          <w:rFonts w:ascii="Times New Roman" w:hAnsi="Times New Roman" w:cs="Times New Roman"/>
          <w:sz w:val="24"/>
          <w:szCs w:val="24"/>
        </w:rPr>
      </w:pPr>
      <w:r w:rsidRPr="002A0302">
        <w:rPr>
          <w:rFonts w:ascii="Times New Roman" w:hAnsi="Times New Roman" w:cs="Times New Roman"/>
          <w:sz w:val="24"/>
          <w:szCs w:val="24"/>
        </w:rPr>
        <w:t>• Minimum rental period: 4 hours = $150.00</w:t>
      </w:r>
      <w:r w:rsidRPr="002A0302">
        <w:rPr>
          <w:rFonts w:ascii="Times New Roman" w:hAnsi="Times New Roman" w:cs="Times New Roman"/>
          <w:sz w:val="24"/>
          <w:szCs w:val="24"/>
        </w:rPr>
        <w:br/>
        <w:t>• 6 hours = $175.00</w:t>
      </w:r>
      <w:r w:rsidRPr="002A0302">
        <w:rPr>
          <w:rFonts w:ascii="Times New Roman" w:hAnsi="Times New Roman" w:cs="Times New Roman"/>
          <w:sz w:val="24"/>
          <w:szCs w:val="24"/>
        </w:rPr>
        <w:br/>
        <w:t>• All-day rental (8:00 AM – 10:00 PM) = $250.00</w:t>
      </w:r>
      <w:r w:rsidRPr="002A0302">
        <w:rPr>
          <w:rFonts w:ascii="Times New Roman" w:hAnsi="Times New Roman" w:cs="Times New Roman"/>
          <w:sz w:val="24"/>
          <w:szCs w:val="24"/>
        </w:rPr>
        <w:br/>
        <w:t xml:space="preserve">• A $100.00 </w:t>
      </w:r>
      <w:r w:rsidRPr="002A0302">
        <w:rPr>
          <w:rFonts w:ascii="Times New Roman" w:hAnsi="Times New Roman" w:cs="Times New Roman"/>
          <w:b/>
          <w:bCs/>
          <w:i/>
          <w:iCs/>
          <w:sz w:val="24"/>
          <w:szCs w:val="24"/>
        </w:rPr>
        <w:t>refundable deposit</w:t>
      </w:r>
      <w:r w:rsidRPr="002A0302">
        <w:rPr>
          <w:rFonts w:ascii="Times New Roman" w:hAnsi="Times New Roman" w:cs="Times New Roman"/>
          <w:sz w:val="24"/>
          <w:szCs w:val="24"/>
        </w:rPr>
        <w:t xml:space="preserve"> is also required to cover potential damages or cleaning issues.</w:t>
      </w:r>
      <w:r w:rsidRPr="002A0302">
        <w:rPr>
          <w:rFonts w:ascii="Times New Roman" w:hAnsi="Times New Roman" w:cs="Times New Roman"/>
          <w:sz w:val="24"/>
          <w:szCs w:val="24"/>
        </w:rPr>
        <w:br/>
        <w:t>• The rental fee is due at the time of reserving and no later than 24 hours in advance of the scheduled event.</w:t>
      </w:r>
      <w:r w:rsidRPr="002A0302">
        <w:rPr>
          <w:rFonts w:ascii="Times New Roman" w:hAnsi="Times New Roman" w:cs="Times New Roman"/>
          <w:sz w:val="24"/>
          <w:szCs w:val="24"/>
        </w:rPr>
        <w:br/>
        <w:t xml:space="preserve">• </w:t>
      </w:r>
      <w:r w:rsidR="00F72327">
        <w:rPr>
          <w:rFonts w:ascii="Times New Roman" w:hAnsi="Times New Roman" w:cs="Times New Roman"/>
          <w:sz w:val="24"/>
          <w:szCs w:val="24"/>
        </w:rPr>
        <w:t>Payments can be made</w:t>
      </w:r>
      <w:r w:rsidRPr="002A0302">
        <w:rPr>
          <w:rFonts w:ascii="Times New Roman" w:hAnsi="Times New Roman" w:cs="Times New Roman"/>
          <w:sz w:val="24"/>
          <w:szCs w:val="24"/>
        </w:rPr>
        <w:t xml:space="preserve"> at the Hospital Administration Office located at 1425 E. Lincoln Road, Suite B-2, Idabel, Oklahoma 74745</w:t>
      </w:r>
      <w:r w:rsidR="00F72327">
        <w:rPr>
          <w:rFonts w:ascii="Times New Roman" w:hAnsi="Times New Roman" w:cs="Times New Roman"/>
          <w:sz w:val="24"/>
          <w:szCs w:val="24"/>
        </w:rPr>
        <w:t xml:space="preserve"> or by phone (580) 208-3100</w:t>
      </w:r>
      <w:bookmarkStart w:id="0" w:name="_GoBack"/>
      <w:bookmarkEnd w:id="0"/>
    </w:p>
    <w:p w14:paraId="270130A6" w14:textId="77777777" w:rsidR="006A7963" w:rsidRPr="002A0302" w:rsidRDefault="00D8697B">
      <w:pPr>
        <w:pStyle w:val="Heading2"/>
        <w:rPr>
          <w:rFonts w:ascii="Times New Roman" w:hAnsi="Times New Roman" w:cs="Times New Roman"/>
          <w:sz w:val="24"/>
          <w:szCs w:val="24"/>
        </w:rPr>
      </w:pPr>
      <w:r w:rsidRPr="002A0302">
        <w:rPr>
          <w:rFonts w:ascii="Times New Roman" w:hAnsi="Times New Roman" w:cs="Times New Roman"/>
          <w:sz w:val="24"/>
          <w:szCs w:val="24"/>
        </w:rPr>
        <w:t>2. Refunds and Deposits</w:t>
      </w:r>
    </w:p>
    <w:p w14:paraId="73B428B8" w14:textId="703578B6" w:rsidR="006A7963" w:rsidRPr="002A0302" w:rsidRDefault="00D8697B">
      <w:pPr>
        <w:rPr>
          <w:rFonts w:ascii="Times New Roman" w:hAnsi="Times New Roman" w:cs="Times New Roman"/>
          <w:sz w:val="24"/>
          <w:szCs w:val="24"/>
        </w:rPr>
      </w:pPr>
      <w:r w:rsidRPr="002A0302">
        <w:rPr>
          <w:rFonts w:ascii="Times New Roman" w:hAnsi="Times New Roman" w:cs="Times New Roman"/>
          <w:sz w:val="24"/>
          <w:szCs w:val="24"/>
        </w:rPr>
        <w:t>The $100 refundable deposit will be returned in cash the next business day following the event, provided:</w:t>
      </w:r>
      <w:r w:rsidRPr="002A0302">
        <w:rPr>
          <w:rFonts w:ascii="Times New Roman" w:hAnsi="Times New Roman" w:cs="Times New Roman"/>
          <w:sz w:val="24"/>
          <w:szCs w:val="24"/>
        </w:rPr>
        <w:br/>
        <w:t>• The building is thoroughly cleaned.</w:t>
      </w:r>
      <w:r w:rsidRPr="002A0302">
        <w:rPr>
          <w:rFonts w:ascii="Times New Roman" w:hAnsi="Times New Roman" w:cs="Times New Roman"/>
          <w:sz w:val="24"/>
          <w:szCs w:val="24"/>
        </w:rPr>
        <w:br/>
        <w:t>• All trash is removed and disposed of in hospital dumpsters located at the back of the hospital.</w:t>
      </w:r>
      <w:r w:rsidRPr="002A0302">
        <w:rPr>
          <w:rFonts w:ascii="Times New Roman" w:hAnsi="Times New Roman" w:cs="Times New Roman"/>
          <w:sz w:val="24"/>
          <w:szCs w:val="24"/>
        </w:rPr>
        <w:br/>
        <w:t>• No damages are found during inspection.</w:t>
      </w:r>
      <w:r w:rsidR="002A0302">
        <w:rPr>
          <w:rFonts w:ascii="Times New Roman" w:hAnsi="Times New Roman" w:cs="Times New Roman"/>
          <w:sz w:val="24"/>
          <w:szCs w:val="24"/>
        </w:rPr>
        <w:br/>
      </w:r>
      <w:r w:rsidRPr="002A0302">
        <w:rPr>
          <w:rFonts w:ascii="Times New Roman" w:hAnsi="Times New Roman" w:cs="Times New Roman"/>
          <w:sz w:val="24"/>
          <w:szCs w:val="24"/>
        </w:rPr>
        <w:br/>
      </w:r>
      <w:r w:rsidR="002A0302">
        <w:rPr>
          <w:rFonts w:ascii="Times New Roman" w:hAnsi="Times New Roman" w:cs="Times New Roman"/>
          <w:sz w:val="24"/>
          <w:szCs w:val="24"/>
        </w:rPr>
        <w:t>Please note:</w:t>
      </w:r>
      <w:r w:rsidRPr="002A0302">
        <w:rPr>
          <w:rFonts w:ascii="Times New Roman" w:hAnsi="Times New Roman" w:cs="Times New Roman"/>
          <w:sz w:val="24"/>
          <w:szCs w:val="24"/>
        </w:rPr>
        <w:t xml:space="preserve"> Friday, Saturday, or Sunday events will have the deposit refunded on Monday.</w:t>
      </w:r>
      <w:r w:rsidR="002A0302">
        <w:rPr>
          <w:rFonts w:ascii="Times New Roman" w:hAnsi="Times New Roman" w:cs="Times New Roman"/>
          <w:sz w:val="24"/>
          <w:szCs w:val="24"/>
        </w:rPr>
        <w:t xml:space="preserve"> </w:t>
      </w:r>
      <w:r w:rsidRPr="002A0302">
        <w:rPr>
          <w:rFonts w:ascii="Times New Roman" w:hAnsi="Times New Roman" w:cs="Times New Roman"/>
          <w:sz w:val="24"/>
          <w:szCs w:val="24"/>
        </w:rPr>
        <w:t xml:space="preserve">Rental fees are </w:t>
      </w:r>
      <w:r w:rsidRPr="002A0302">
        <w:rPr>
          <w:rFonts w:ascii="Times New Roman" w:hAnsi="Times New Roman" w:cs="Times New Roman"/>
          <w:b/>
          <w:bCs/>
          <w:i/>
          <w:iCs/>
          <w:sz w:val="24"/>
          <w:szCs w:val="24"/>
        </w:rPr>
        <w:t>non-refundable</w:t>
      </w:r>
      <w:r w:rsidRPr="002A0302">
        <w:rPr>
          <w:rFonts w:ascii="Times New Roman" w:hAnsi="Times New Roman" w:cs="Times New Roman"/>
          <w:sz w:val="24"/>
          <w:szCs w:val="24"/>
        </w:rPr>
        <w:t>, but events may be rescheduled if dates are available</w:t>
      </w:r>
      <w:r w:rsidR="002A0302">
        <w:rPr>
          <w:rFonts w:ascii="Times New Roman" w:hAnsi="Times New Roman" w:cs="Times New Roman"/>
          <w:sz w:val="24"/>
          <w:szCs w:val="24"/>
        </w:rPr>
        <w:t xml:space="preserve"> and within 180 days of the original date.</w:t>
      </w:r>
    </w:p>
    <w:p w14:paraId="618B0192" w14:textId="77777777" w:rsidR="006A7963" w:rsidRPr="002A0302" w:rsidRDefault="00D8697B">
      <w:pPr>
        <w:pStyle w:val="Heading2"/>
        <w:rPr>
          <w:rFonts w:ascii="Times New Roman" w:hAnsi="Times New Roman" w:cs="Times New Roman"/>
          <w:sz w:val="24"/>
          <w:szCs w:val="24"/>
        </w:rPr>
      </w:pPr>
      <w:r w:rsidRPr="002A0302">
        <w:rPr>
          <w:rFonts w:ascii="Times New Roman" w:hAnsi="Times New Roman" w:cs="Times New Roman"/>
          <w:sz w:val="24"/>
          <w:szCs w:val="24"/>
        </w:rPr>
        <w:lastRenderedPageBreak/>
        <w:t>3. Facility Description</w:t>
      </w:r>
    </w:p>
    <w:p w14:paraId="2CC81914" w14:textId="77777777" w:rsidR="006A7963" w:rsidRPr="002A0302" w:rsidRDefault="00D8697B">
      <w:pPr>
        <w:rPr>
          <w:rFonts w:ascii="Times New Roman" w:hAnsi="Times New Roman" w:cs="Times New Roman"/>
          <w:sz w:val="24"/>
          <w:szCs w:val="24"/>
        </w:rPr>
      </w:pPr>
      <w:r w:rsidRPr="002A0302">
        <w:rPr>
          <w:rFonts w:ascii="Times New Roman" w:hAnsi="Times New Roman" w:cs="Times New Roman"/>
          <w:sz w:val="24"/>
          <w:szCs w:val="24"/>
        </w:rPr>
        <w:t>• Enclosed interior space: approximately 800 sq. ft.</w:t>
      </w:r>
      <w:r w:rsidRPr="002A0302">
        <w:rPr>
          <w:rFonts w:ascii="Times New Roman" w:hAnsi="Times New Roman" w:cs="Times New Roman"/>
          <w:sz w:val="24"/>
          <w:szCs w:val="24"/>
        </w:rPr>
        <w:br/>
        <w:t>• Covered exterior area: approximately 800 sq. ft.</w:t>
      </w:r>
      <w:r w:rsidRPr="002A0302">
        <w:rPr>
          <w:rFonts w:ascii="Times New Roman" w:hAnsi="Times New Roman" w:cs="Times New Roman"/>
          <w:sz w:val="24"/>
          <w:szCs w:val="24"/>
        </w:rPr>
        <w:br/>
        <w:t>• Men’s and Women’s restrooms: approximately 192 sq. ft.</w:t>
      </w:r>
      <w:r w:rsidRPr="002A0302">
        <w:rPr>
          <w:rFonts w:ascii="Times New Roman" w:hAnsi="Times New Roman" w:cs="Times New Roman"/>
          <w:sz w:val="24"/>
          <w:szCs w:val="24"/>
        </w:rPr>
        <w:br/>
        <w:t>Guest limits:</w:t>
      </w:r>
      <w:r w:rsidRPr="002A0302">
        <w:rPr>
          <w:rFonts w:ascii="Times New Roman" w:hAnsi="Times New Roman" w:cs="Times New Roman"/>
          <w:sz w:val="24"/>
          <w:szCs w:val="24"/>
        </w:rPr>
        <w:br/>
        <w:t>• Enclosed area – 40 guests maximum</w:t>
      </w:r>
      <w:r w:rsidRPr="002A0302">
        <w:rPr>
          <w:rFonts w:ascii="Times New Roman" w:hAnsi="Times New Roman" w:cs="Times New Roman"/>
          <w:sz w:val="24"/>
          <w:szCs w:val="24"/>
        </w:rPr>
        <w:br/>
        <w:t>• Combined enclosed + exterior area – 100 guests maximum (without hospital approval).</w:t>
      </w:r>
    </w:p>
    <w:p w14:paraId="1376E258" w14:textId="77777777" w:rsidR="006A7963" w:rsidRPr="002A0302" w:rsidRDefault="00D8697B">
      <w:pPr>
        <w:pStyle w:val="Heading2"/>
        <w:rPr>
          <w:rFonts w:ascii="Times New Roman" w:hAnsi="Times New Roman" w:cs="Times New Roman"/>
          <w:sz w:val="24"/>
          <w:szCs w:val="24"/>
        </w:rPr>
      </w:pPr>
      <w:r w:rsidRPr="002A0302">
        <w:rPr>
          <w:rFonts w:ascii="Times New Roman" w:hAnsi="Times New Roman" w:cs="Times New Roman"/>
          <w:sz w:val="24"/>
          <w:szCs w:val="24"/>
        </w:rPr>
        <w:t>4. Rules and Restrictions</w:t>
      </w:r>
    </w:p>
    <w:p w14:paraId="52D607C9" w14:textId="11972107" w:rsidR="006A7963" w:rsidRPr="002A0302" w:rsidRDefault="00D8697B">
      <w:pPr>
        <w:rPr>
          <w:rFonts w:ascii="Times New Roman" w:hAnsi="Times New Roman" w:cs="Times New Roman"/>
          <w:sz w:val="24"/>
          <w:szCs w:val="24"/>
        </w:rPr>
      </w:pPr>
      <w:r w:rsidRPr="002A0302">
        <w:rPr>
          <w:rFonts w:ascii="Times New Roman" w:hAnsi="Times New Roman" w:cs="Times New Roman"/>
          <w:sz w:val="24"/>
          <w:szCs w:val="24"/>
        </w:rPr>
        <w:t>• Traffic on the hospital walking track cannot be restricted</w:t>
      </w:r>
      <w:r w:rsidR="002A0302">
        <w:rPr>
          <w:rFonts w:ascii="Times New Roman" w:hAnsi="Times New Roman" w:cs="Times New Roman"/>
          <w:sz w:val="24"/>
          <w:szCs w:val="24"/>
        </w:rPr>
        <w:t xml:space="preserve"> or impeded</w:t>
      </w:r>
      <w:r w:rsidRPr="002A0302">
        <w:rPr>
          <w:rFonts w:ascii="Times New Roman" w:hAnsi="Times New Roman" w:cs="Times New Roman"/>
          <w:sz w:val="24"/>
          <w:szCs w:val="24"/>
        </w:rPr>
        <w:t>.</w:t>
      </w:r>
      <w:r w:rsidRPr="002A0302">
        <w:rPr>
          <w:rFonts w:ascii="Times New Roman" w:hAnsi="Times New Roman" w:cs="Times New Roman"/>
          <w:sz w:val="24"/>
          <w:szCs w:val="24"/>
        </w:rPr>
        <w:br/>
        <w:t>• The hospital is not responsible for accidents.</w:t>
      </w:r>
      <w:r w:rsidRPr="002A0302">
        <w:rPr>
          <w:rFonts w:ascii="Times New Roman" w:hAnsi="Times New Roman" w:cs="Times New Roman"/>
          <w:sz w:val="24"/>
          <w:szCs w:val="24"/>
        </w:rPr>
        <w:br/>
        <w:t>• The renter is responsible for all damages caused by themselves or their guests.</w:t>
      </w:r>
      <w:r w:rsidRPr="002A0302">
        <w:rPr>
          <w:rFonts w:ascii="Times New Roman" w:hAnsi="Times New Roman" w:cs="Times New Roman"/>
          <w:sz w:val="24"/>
          <w:szCs w:val="24"/>
        </w:rPr>
        <w:br/>
        <w:t>• Decorations are allowed inside</w:t>
      </w:r>
      <w:r w:rsidR="002A0302">
        <w:rPr>
          <w:rFonts w:ascii="Times New Roman" w:hAnsi="Times New Roman" w:cs="Times New Roman"/>
          <w:sz w:val="24"/>
          <w:szCs w:val="24"/>
        </w:rPr>
        <w:t xml:space="preserve"> and out</w:t>
      </w:r>
      <w:r w:rsidRPr="002A0302">
        <w:rPr>
          <w:rFonts w:ascii="Times New Roman" w:hAnsi="Times New Roman" w:cs="Times New Roman"/>
          <w:sz w:val="24"/>
          <w:szCs w:val="24"/>
        </w:rPr>
        <w:t xml:space="preserve"> but </w:t>
      </w:r>
      <w:r w:rsidRPr="002A0302">
        <w:rPr>
          <w:rFonts w:ascii="Times New Roman" w:hAnsi="Times New Roman" w:cs="Times New Roman"/>
          <w:b/>
          <w:bCs/>
          <w:i/>
          <w:iCs/>
          <w:sz w:val="24"/>
          <w:szCs w:val="24"/>
        </w:rPr>
        <w:t>must not</w:t>
      </w:r>
      <w:r w:rsidRPr="002A0302">
        <w:rPr>
          <w:rFonts w:ascii="Times New Roman" w:hAnsi="Times New Roman" w:cs="Times New Roman"/>
          <w:sz w:val="24"/>
          <w:szCs w:val="24"/>
        </w:rPr>
        <w:t xml:space="preserve"> damage walls or paint</w:t>
      </w:r>
      <w:r w:rsidR="002A0302">
        <w:rPr>
          <w:rFonts w:ascii="Times New Roman" w:hAnsi="Times New Roman" w:cs="Times New Roman"/>
          <w:sz w:val="24"/>
          <w:szCs w:val="24"/>
        </w:rPr>
        <w:t xml:space="preserve"> or leave markings of any king</w:t>
      </w:r>
      <w:r w:rsidRPr="002A0302">
        <w:rPr>
          <w:rFonts w:ascii="Times New Roman" w:hAnsi="Times New Roman" w:cs="Times New Roman"/>
          <w:sz w:val="24"/>
          <w:szCs w:val="24"/>
        </w:rPr>
        <w:t>.</w:t>
      </w:r>
      <w:r w:rsidRPr="002A0302">
        <w:rPr>
          <w:rFonts w:ascii="Times New Roman" w:hAnsi="Times New Roman" w:cs="Times New Roman"/>
          <w:sz w:val="24"/>
          <w:szCs w:val="24"/>
        </w:rPr>
        <w:br/>
        <w:t>• Floors must be swept after the event.</w:t>
      </w:r>
      <w:r w:rsidR="002A0302">
        <w:rPr>
          <w:rFonts w:ascii="Times New Roman" w:hAnsi="Times New Roman" w:cs="Times New Roman"/>
          <w:sz w:val="24"/>
          <w:szCs w:val="24"/>
        </w:rPr>
        <w:t xml:space="preserve"> The hospital will mop. </w:t>
      </w:r>
      <w:r w:rsidRPr="002A0302">
        <w:rPr>
          <w:rFonts w:ascii="Times New Roman" w:hAnsi="Times New Roman" w:cs="Times New Roman"/>
          <w:sz w:val="24"/>
          <w:szCs w:val="24"/>
        </w:rPr>
        <w:br/>
        <w:t xml:space="preserve">• </w:t>
      </w:r>
      <w:r w:rsidR="002A0302">
        <w:rPr>
          <w:rFonts w:ascii="Times New Roman" w:hAnsi="Times New Roman" w:cs="Times New Roman"/>
          <w:sz w:val="24"/>
          <w:szCs w:val="24"/>
        </w:rPr>
        <w:t>The building will be unlocked and locked by hospital security officers based upon the agreement.</w:t>
      </w:r>
    </w:p>
    <w:p w14:paraId="77F57E3C" w14:textId="77777777" w:rsidR="006A7963" w:rsidRPr="002A0302" w:rsidRDefault="00D8697B">
      <w:pPr>
        <w:pStyle w:val="Heading2"/>
        <w:rPr>
          <w:rFonts w:ascii="Times New Roman" w:hAnsi="Times New Roman" w:cs="Times New Roman"/>
          <w:sz w:val="24"/>
          <w:szCs w:val="24"/>
        </w:rPr>
      </w:pPr>
      <w:r w:rsidRPr="002A0302">
        <w:rPr>
          <w:rFonts w:ascii="Times New Roman" w:hAnsi="Times New Roman" w:cs="Times New Roman"/>
          <w:sz w:val="24"/>
          <w:szCs w:val="24"/>
        </w:rPr>
        <w:t>5. Event Conduct and Restrictions</w:t>
      </w:r>
    </w:p>
    <w:p w14:paraId="1FF8CA4C" w14:textId="2540BB8C" w:rsidR="006A7963" w:rsidRPr="002A0302" w:rsidRDefault="00D8697B">
      <w:pPr>
        <w:rPr>
          <w:rFonts w:ascii="Times New Roman" w:hAnsi="Times New Roman" w:cs="Times New Roman"/>
          <w:sz w:val="24"/>
          <w:szCs w:val="24"/>
        </w:rPr>
      </w:pPr>
      <w:r w:rsidRPr="002A0302">
        <w:rPr>
          <w:rFonts w:ascii="Times New Roman" w:hAnsi="Times New Roman" w:cs="Times New Roman"/>
          <w:sz w:val="24"/>
          <w:szCs w:val="24"/>
        </w:rPr>
        <w:t xml:space="preserve">• No rallies, protests, or political events unless </w:t>
      </w:r>
      <w:r w:rsidRPr="002A0302">
        <w:rPr>
          <w:rFonts w:ascii="Times New Roman" w:hAnsi="Times New Roman" w:cs="Times New Roman"/>
          <w:b/>
          <w:bCs/>
          <w:i/>
          <w:iCs/>
          <w:sz w:val="24"/>
          <w:szCs w:val="24"/>
        </w:rPr>
        <w:t>pre-approved by the hospital</w:t>
      </w:r>
      <w:r w:rsidRPr="002A0302">
        <w:rPr>
          <w:rFonts w:ascii="Times New Roman" w:hAnsi="Times New Roman" w:cs="Times New Roman"/>
          <w:sz w:val="24"/>
          <w:szCs w:val="24"/>
        </w:rPr>
        <w:t xml:space="preserve"> and open to the community.</w:t>
      </w:r>
      <w:r w:rsidRPr="002A0302">
        <w:rPr>
          <w:rFonts w:ascii="Times New Roman" w:hAnsi="Times New Roman" w:cs="Times New Roman"/>
          <w:sz w:val="24"/>
          <w:szCs w:val="24"/>
        </w:rPr>
        <w:br/>
        <w:t>• The hospital reserves the right to end any event for cause; no refunds will be issued.</w:t>
      </w:r>
      <w:r w:rsidRPr="002A0302">
        <w:rPr>
          <w:rFonts w:ascii="Times New Roman" w:hAnsi="Times New Roman" w:cs="Times New Roman"/>
          <w:sz w:val="24"/>
          <w:szCs w:val="24"/>
        </w:rPr>
        <w:br/>
        <w:t>• No loud music disturbing the hospital, track users, or nearby residents.</w:t>
      </w:r>
      <w:r w:rsidRPr="002A0302">
        <w:rPr>
          <w:rFonts w:ascii="Times New Roman" w:hAnsi="Times New Roman" w:cs="Times New Roman"/>
          <w:sz w:val="24"/>
          <w:szCs w:val="24"/>
        </w:rPr>
        <w:br/>
        <w:t>• Report security concerns to Hospital Security at (580) 286-7623</w:t>
      </w:r>
      <w:r w:rsidR="002A0302">
        <w:rPr>
          <w:rFonts w:ascii="Times New Roman" w:hAnsi="Times New Roman" w:cs="Times New Roman"/>
          <w:sz w:val="24"/>
          <w:szCs w:val="24"/>
        </w:rPr>
        <w:t xml:space="preserve"> or call 9-1-1</w:t>
      </w:r>
      <w:r w:rsidRPr="002A0302">
        <w:rPr>
          <w:rFonts w:ascii="Times New Roman" w:hAnsi="Times New Roman" w:cs="Times New Roman"/>
          <w:sz w:val="24"/>
          <w:szCs w:val="24"/>
        </w:rPr>
        <w:t>.</w:t>
      </w:r>
      <w:r w:rsidRPr="002A0302">
        <w:rPr>
          <w:rFonts w:ascii="Times New Roman" w:hAnsi="Times New Roman" w:cs="Times New Roman"/>
          <w:sz w:val="24"/>
          <w:szCs w:val="24"/>
        </w:rPr>
        <w:br/>
        <w:t>• No appliances or supplies may be removed; all used appliances must be cleaned.</w:t>
      </w:r>
      <w:r w:rsidRPr="002A0302">
        <w:rPr>
          <w:rFonts w:ascii="Times New Roman" w:hAnsi="Times New Roman" w:cs="Times New Roman"/>
          <w:sz w:val="24"/>
          <w:szCs w:val="24"/>
        </w:rPr>
        <w:br/>
        <w:t>• Receipts will be issued for all payments.</w:t>
      </w:r>
      <w:r w:rsidRPr="002A0302">
        <w:rPr>
          <w:rFonts w:ascii="Times New Roman" w:hAnsi="Times New Roman" w:cs="Times New Roman"/>
          <w:sz w:val="24"/>
          <w:szCs w:val="24"/>
        </w:rPr>
        <w:br/>
        <w:t>• Deposits will only be refunded to the renter who signed this agreement.</w:t>
      </w:r>
    </w:p>
    <w:p w14:paraId="26757AE3" w14:textId="77777777" w:rsidR="006A7963" w:rsidRPr="002A0302" w:rsidRDefault="00D8697B">
      <w:pPr>
        <w:pStyle w:val="Heading2"/>
        <w:rPr>
          <w:rFonts w:ascii="Times New Roman" w:hAnsi="Times New Roman" w:cs="Times New Roman"/>
          <w:sz w:val="24"/>
          <w:szCs w:val="24"/>
        </w:rPr>
      </w:pPr>
      <w:r w:rsidRPr="002A0302">
        <w:rPr>
          <w:rFonts w:ascii="Times New Roman" w:hAnsi="Times New Roman" w:cs="Times New Roman"/>
          <w:sz w:val="24"/>
          <w:szCs w:val="24"/>
        </w:rPr>
        <w:t>6. Security and Behavior</w:t>
      </w:r>
    </w:p>
    <w:p w14:paraId="03F80F90" w14:textId="77777777" w:rsidR="006A7963" w:rsidRPr="002A0302" w:rsidRDefault="00D8697B">
      <w:pPr>
        <w:rPr>
          <w:rFonts w:ascii="Times New Roman" w:hAnsi="Times New Roman" w:cs="Times New Roman"/>
          <w:sz w:val="24"/>
          <w:szCs w:val="24"/>
        </w:rPr>
      </w:pPr>
      <w:r w:rsidRPr="002A0302">
        <w:rPr>
          <w:rFonts w:ascii="Times New Roman" w:hAnsi="Times New Roman" w:cs="Times New Roman"/>
          <w:sz w:val="24"/>
          <w:szCs w:val="24"/>
        </w:rPr>
        <w:t>• The hospital may require security for certain events; renters may need to reimburse for such services.</w:t>
      </w:r>
      <w:r w:rsidRPr="002A0302">
        <w:rPr>
          <w:rFonts w:ascii="Times New Roman" w:hAnsi="Times New Roman" w:cs="Times New Roman"/>
          <w:sz w:val="24"/>
          <w:szCs w:val="24"/>
        </w:rPr>
        <w:br/>
        <w:t>• Fire pit use is allowed only if supervised by someone 21 or older, extinguished after use, and no burn ban is active.</w:t>
      </w:r>
      <w:r w:rsidRPr="002A0302">
        <w:rPr>
          <w:rFonts w:ascii="Times New Roman" w:hAnsi="Times New Roman" w:cs="Times New Roman"/>
          <w:sz w:val="24"/>
          <w:szCs w:val="24"/>
        </w:rPr>
        <w:br/>
        <w:t>• Guests must follow all laws and hospital rules, including no smoking.</w:t>
      </w:r>
      <w:r w:rsidRPr="002A0302">
        <w:rPr>
          <w:rFonts w:ascii="Times New Roman" w:hAnsi="Times New Roman" w:cs="Times New Roman"/>
          <w:sz w:val="24"/>
          <w:szCs w:val="24"/>
        </w:rPr>
        <w:br/>
        <w:t>• No alcohol, tobacco, vaping, or drugs permitted on hospital property.</w:t>
      </w:r>
      <w:r w:rsidRPr="002A0302">
        <w:rPr>
          <w:rFonts w:ascii="Times New Roman" w:hAnsi="Times New Roman" w:cs="Times New Roman"/>
          <w:sz w:val="24"/>
          <w:szCs w:val="24"/>
        </w:rPr>
        <w:br/>
        <w:t>• Any violations, disturbances, or law enforcement calls will result in event termination and forfeiture of all payments.</w:t>
      </w:r>
    </w:p>
    <w:p w14:paraId="5E79CA86" w14:textId="77777777" w:rsidR="006A7963" w:rsidRPr="002A0302" w:rsidRDefault="00D8697B">
      <w:pPr>
        <w:pStyle w:val="Heading2"/>
        <w:rPr>
          <w:rFonts w:ascii="Times New Roman" w:hAnsi="Times New Roman" w:cs="Times New Roman"/>
          <w:sz w:val="24"/>
          <w:szCs w:val="24"/>
        </w:rPr>
      </w:pPr>
      <w:r w:rsidRPr="002A0302">
        <w:rPr>
          <w:rFonts w:ascii="Times New Roman" w:hAnsi="Times New Roman" w:cs="Times New Roman"/>
          <w:sz w:val="24"/>
          <w:szCs w:val="24"/>
        </w:rPr>
        <w:t>7. Additional Provisions</w:t>
      </w:r>
    </w:p>
    <w:p w14:paraId="015B4DE6" w14:textId="77777777" w:rsidR="006A7963" w:rsidRPr="002A0302" w:rsidRDefault="00D8697B">
      <w:pPr>
        <w:rPr>
          <w:rFonts w:ascii="Times New Roman" w:hAnsi="Times New Roman" w:cs="Times New Roman"/>
          <w:sz w:val="24"/>
          <w:szCs w:val="24"/>
        </w:rPr>
      </w:pPr>
      <w:r w:rsidRPr="002A0302">
        <w:rPr>
          <w:rFonts w:ascii="Times New Roman" w:hAnsi="Times New Roman" w:cs="Times New Roman"/>
          <w:sz w:val="24"/>
          <w:szCs w:val="24"/>
        </w:rPr>
        <w:t>• Events on Friday, Saturday, or Sunday must be reserved by 5:00 PM Thursday.</w:t>
      </w:r>
      <w:r w:rsidRPr="002A0302">
        <w:rPr>
          <w:rFonts w:ascii="Times New Roman" w:hAnsi="Times New Roman" w:cs="Times New Roman"/>
          <w:sz w:val="24"/>
          <w:szCs w:val="24"/>
        </w:rPr>
        <w:br/>
        <w:t>• The hospital reserves the right to end any event for violations.</w:t>
      </w:r>
      <w:r w:rsidRPr="002A0302">
        <w:rPr>
          <w:rFonts w:ascii="Times New Roman" w:hAnsi="Times New Roman" w:cs="Times New Roman"/>
          <w:sz w:val="24"/>
          <w:szCs w:val="24"/>
        </w:rPr>
        <w:br/>
        <w:t>• All rental fees are non-refundable.</w:t>
      </w:r>
    </w:p>
    <w:p w14:paraId="26C83484" w14:textId="77777777" w:rsidR="006A7963" w:rsidRPr="002A0302" w:rsidRDefault="00D8697B">
      <w:pPr>
        <w:pStyle w:val="Heading2"/>
        <w:rPr>
          <w:rFonts w:ascii="Times New Roman" w:hAnsi="Times New Roman" w:cs="Times New Roman"/>
          <w:sz w:val="24"/>
          <w:szCs w:val="24"/>
        </w:rPr>
      </w:pPr>
      <w:r w:rsidRPr="002A0302">
        <w:rPr>
          <w:rFonts w:ascii="Times New Roman" w:hAnsi="Times New Roman" w:cs="Times New Roman"/>
          <w:sz w:val="24"/>
          <w:szCs w:val="24"/>
        </w:rPr>
        <w:lastRenderedPageBreak/>
        <w:t>8. Agreement and Signatures</w:t>
      </w:r>
    </w:p>
    <w:p w14:paraId="6813296D" w14:textId="77777777" w:rsidR="00C979D2" w:rsidRDefault="00D8697B">
      <w:pPr>
        <w:pBdr>
          <w:bottom w:val="single" w:sz="12" w:space="1" w:color="auto"/>
        </w:pBdr>
        <w:rPr>
          <w:rFonts w:ascii="Times New Roman" w:hAnsi="Times New Roman" w:cs="Times New Roman"/>
          <w:sz w:val="24"/>
          <w:szCs w:val="24"/>
        </w:rPr>
      </w:pPr>
      <w:r w:rsidRPr="002A0302">
        <w:rPr>
          <w:rFonts w:ascii="Times New Roman" w:hAnsi="Times New Roman" w:cs="Times New Roman"/>
          <w:sz w:val="24"/>
          <w:szCs w:val="24"/>
        </w:rPr>
        <w:t>By signing below, both parties acknowledge that they have read, understood, and agree to all terms and conditions of this Rental Agreement.</w:t>
      </w:r>
      <w:r w:rsidRPr="002A0302">
        <w:rPr>
          <w:rFonts w:ascii="Times New Roman" w:hAnsi="Times New Roman" w:cs="Times New Roman"/>
          <w:sz w:val="24"/>
          <w:szCs w:val="24"/>
        </w:rPr>
        <w:br/>
      </w:r>
      <w:r w:rsidRPr="002A0302">
        <w:rPr>
          <w:rFonts w:ascii="Times New Roman" w:hAnsi="Times New Roman" w:cs="Times New Roman"/>
          <w:sz w:val="24"/>
          <w:szCs w:val="24"/>
        </w:rPr>
        <w:br/>
        <w:t>Renter (Lessee): ____________________________   Date: ____________</w:t>
      </w:r>
      <w:r w:rsidR="002A0302">
        <w:rPr>
          <w:rFonts w:ascii="Times New Roman" w:hAnsi="Times New Roman" w:cs="Times New Roman"/>
          <w:sz w:val="24"/>
          <w:szCs w:val="24"/>
        </w:rPr>
        <w:t>______</w:t>
      </w:r>
      <w:r w:rsidR="002A0302">
        <w:rPr>
          <w:rFonts w:ascii="Times New Roman" w:hAnsi="Times New Roman" w:cs="Times New Roman"/>
          <w:sz w:val="24"/>
          <w:szCs w:val="24"/>
        </w:rPr>
        <w:br/>
      </w:r>
      <w:r w:rsidRPr="002A0302">
        <w:rPr>
          <w:rFonts w:ascii="Times New Roman" w:hAnsi="Times New Roman" w:cs="Times New Roman"/>
          <w:sz w:val="24"/>
          <w:szCs w:val="24"/>
        </w:rPr>
        <w:br/>
        <w:t xml:space="preserve">Hospital </w:t>
      </w:r>
      <w:r w:rsidR="002A0302">
        <w:rPr>
          <w:rFonts w:ascii="Times New Roman" w:hAnsi="Times New Roman" w:cs="Times New Roman"/>
          <w:sz w:val="24"/>
          <w:szCs w:val="24"/>
        </w:rPr>
        <w:t>CEO</w:t>
      </w:r>
      <w:r w:rsidRPr="002A0302">
        <w:rPr>
          <w:rFonts w:ascii="Times New Roman" w:hAnsi="Times New Roman" w:cs="Times New Roman"/>
          <w:sz w:val="24"/>
          <w:szCs w:val="24"/>
        </w:rPr>
        <w:t xml:space="preserve"> (Lessor): ____________________________   Date: ____________</w:t>
      </w:r>
      <w:r w:rsidRPr="002A0302">
        <w:rPr>
          <w:rFonts w:ascii="Times New Roman" w:hAnsi="Times New Roman" w:cs="Times New Roman"/>
          <w:sz w:val="24"/>
          <w:szCs w:val="24"/>
        </w:rPr>
        <w:br/>
      </w:r>
    </w:p>
    <w:p w14:paraId="69937C20" w14:textId="07412599" w:rsidR="006A7963" w:rsidRDefault="00D8697B">
      <w:pPr>
        <w:rPr>
          <w:rFonts w:ascii="Times New Roman" w:hAnsi="Times New Roman" w:cs="Times New Roman"/>
          <w:sz w:val="24"/>
          <w:szCs w:val="24"/>
        </w:rPr>
      </w:pPr>
      <w:r w:rsidRPr="002A0302">
        <w:rPr>
          <w:rFonts w:ascii="Times New Roman" w:hAnsi="Times New Roman" w:cs="Times New Roman"/>
          <w:sz w:val="24"/>
          <w:szCs w:val="24"/>
        </w:rPr>
        <w:br/>
      </w:r>
      <w:r w:rsidRPr="00C979D2">
        <w:rPr>
          <w:rFonts w:ascii="Times New Roman" w:hAnsi="Times New Roman" w:cs="Times New Roman"/>
          <w:b/>
          <w:bCs/>
          <w:sz w:val="24"/>
          <w:szCs w:val="24"/>
        </w:rPr>
        <w:t>Deposit Returned Confirmation:</w:t>
      </w:r>
      <w:r w:rsidR="00C979D2">
        <w:rPr>
          <w:rFonts w:ascii="Times New Roman" w:hAnsi="Times New Roman" w:cs="Times New Roman"/>
          <w:b/>
          <w:bCs/>
          <w:sz w:val="24"/>
          <w:szCs w:val="24"/>
        </w:rPr>
        <w:t xml:space="preserve"> To be completed at end of event / rental:</w:t>
      </w:r>
      <w:r w:rsidR="00C979D2">
        <w:rPr>
          <w:rFonts w:ascii="Times New Roman" w:hAnsi="Times New Roman" w:cs="Times New Roman"/>
          <w:b/>
          <w:bCs/>
          <w:sz w:val="24"/>
          <w:szCs w:val="24"/>
        </w:rPr>
        <w:br/>
      </w:r>
      <w:r w:rsidRPr="002A0302">
        <w:rPr>
          <w:rFonts w:ascii="Times New Roman" w:hAnsi="Times New Roman" w:cs="Times New Roman"/>
          <w:sz w:val="24"/>
          <w:szCs w:val="24"/>
        </w:rPr>
        <w:br/>
        <w:t>I, the undersigned renter, acknowledge that the $100 deposit has been returned in full on ____________________.</w:t>
      </w:r>
      <w:r w:rsidR="00C979D2">
        <w:rPr>
          <w:rFonts w:ascii="Times New Roman" w:hAnsi="Times New Roman" w:cs="Times New Roman"/>
          <w:sz w:val="24"/>
          <w:szCs w:val="24"/>
        </w:rPr>
        <w:br/>
      </w:r>
      <w:r w:rsidRPr="002A0302">
        <w:rPr>
          <w:rFonts w:ascii="Times New Roman" w:hAnsi="Times New Roman" w:cs="Times New Roman"/>
          <w:sz w:val="24"/>
          <w:szCs w:val="24"/>
        </w:rPr>
        <w:br/>
        <w:t>Signature: ____________________________</w:t>
      </w:r>
      <w:r w:rsidR="00C979D2">
        <w:rPr>
          <w:rFonts w:ascii="Times New Roman" w:hAnsi="Times New Roman" w:cs="Times New Roman"/>
          <w:sz w:val="24"/>
          <w:szCs w:val="24"/>
        </w:rPr>
        <w:br/>
      </w:r>
      <w:r w:rsidR="00C979D2">
        <w:rPr>
          <w:rFonts w:ascii="Times New Roman" w:hAnsi="Times New Roman" w:cs="Times New Roman"/>
          <w:sz w:val="24"/>
          <w:szCs w:val="24"/>
        </w:rPr>
        <w:br/>
        <w:t>-or-</w:t>
      </w:r>
      <w:r w:rsidR="00C979D2">
        <w:rPr>
          <w:rFonts w:ascii="Times New Roman" w:hAnsi="Times New Roman" w:cs="Times New Roman"/>
          <w:sz w:val="24"/>
          <w:szCs w:val="24"/>
        </w:rPr>
        <w:br/>
      </w:r>
      <w:r w:rsidR="00C979D2">
        <w:rPr>
          <w:rFonts w:ascii="Times New Roman" w:hAnsi="Times New Roman" w:cs="Times New Roman"/>
          <w:sz w:val="24"/>
          <w:szCs w:val="24"/>
        </w:rPr>
        <w:br/>
        <w:t xml:space="preserve">I, the undersigned Administrator at McCurtain Memorial Hospital hereby certify that the Community Center was damaged, left unclean, or another material breach of this agreement occurred and therefore, the deposit is being withheld. I also certify that the hospital CEO has been made aware of the deposit being withheld and has approved such withholding. </w:t>
      </w:r>
    </w:p>
    <w:p w14:paraId="737283EE" w14:textId="77777777" w:rsidR="00C979D2" w:rsidRDefault="00C979D2">
      <w:pPr>
        <w:rPr>
          <w:rFonts w:ascii="Times New Roman" w:hAnsi="Times New Roman" w:cs="Times New Roman"/>
          <w:sz w:val="24"/>
          <w:szCs w:val="24"/>
        </w:rPr>
      </w:pPr>
    </w:p>
    <w:p w14:paraId="2142AD6C" w14:textId="1D573901" w:rsidR="00C979D2" w:rsidRPr="002A0302" w:rsidRDefault="00C979D2">
      <w:pPr>
        <w:rPr>
          <w:rFonts w:ascii="Times New Roman" w:hAnsi="Times New Roman" w:cs="Times New Roman"/>
          <w:sz w:val="24"/>
          <w:szCs w:val="24"/>
        </w:rPr>
      </w:pPr>
      <w:r>
        <w:rPr>
          <w:rFonts w:ascii="Times New Roman" w:hAnsi="Times New Roman" w:cs="Times New Roman"/>
          <w:sz w:val="24"/>
          <w:szCs w:val="24"/>
        </w:rPr>
        <w:t>______________________________</w:t>
      </w:r>
      <w:r>
        <w:rPr>
          <w:rFonts w:ascii="Times New Roman" w:hAnsi="Times New Roman" w:cs="Times New Roman"/>
          <w:sz w:val="24"/>
          <w:szCs w:val="24"/>
        </w:rPr>
        <w:br/>
        <w:t>McCurtain Memorial Hospital</w:t>
      </w:r>
    </w:p>
    <w:sectPr w:rsidR="00C979D2" w:rsidRPr="002A0302" w:rsidSect="00D8697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2A0302"/>
    <w:rsid w:val="00326F90"/>
    <w:rsid w:val="004638A5"/>
    <w:rsid w:val="00483564"/>
    <w:rsid w:val="006A7963"/>
    <w:rsid w:val="00AA1D8D"/>
    <w:rsid w:val="00B47730"/>
    <w:rsid w:val="00C979D2"/>
    <w:rsid w:val="00CB0664"/>
    <w:rsid w:val="00D8697B"/>
    <w:rsid w:val="00F02C47"/>
    <w:rsid w:val="00F7232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DD1FBE5"/>
  <w14:defaultImageDpi w14:val="300"/>
  <w15:docId w15:val="{AA548128-8B62-A641-AE2D-4C790F1EE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72F906-6253-4C0C-A052-8597596AB2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707</Words>
  <Characters>4034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4732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Miranda Fines</cp:lastModifiedBy>
  <cp:revision>2</cp:revision>
  <cp:lastPrinted>2025-11-14T14:28:00Z</cp:lastPrinted>
  <dcterms:created xsi:type="dcterms:W3CDTF">2026-04-16T19:50:00Z</dcterms:created>
  <dcterms:modified xsi:type="dcterms:W3CDTF">2026-04-16T19:50:00Z</dcterms:modified>
  <cp:category/>
</cp:coreProperties>
</file>